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«Бикинский ЛПК»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