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Мирзаханяну Вардану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