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Северному межрегиональному управлению государственного автодорожного надзора Федеральной службы по надзору в сфере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