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«Инженерная производственная компания «ОСТ»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