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«Проектно-изыскательский и научно- исследовательский институт воздушного транспорта «Ленаэропроект»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