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Роговичу Дмитрию Константиновичу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