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казенному учреждению «Санаторий «Анапа»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