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Федеральной антимонопольной службы по Республике Алтай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