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«ТП Сибирский регион»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