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«Лазер Крафт»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