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Анпилову Николаю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