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ветеринарному и фитосанитарному надзору по Рязанской и Тамбовской областям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