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Чугунову Евгению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