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Иванову Александру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