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Ковалев Ю.С. обратился в Арбитражный суд Ставропольского края с заявлением о признании недействительным решения Управления Федеральной антимонопольной службы по Ставропольскому краю (далее – управление) от 28.01.2022 № 026/10/18.1-105/2021 в части признания необоснованной жалобы на действия индивидуального предпринимателя Косякова Сергея Евгеньевича - организатора при проведении торгов по продаже арестованного имущества № 241221/56676992/01 по лоту № 7; возложении на управление обязанности устранить допущенные нарушения прав и законных интересов заявителя путем признания жалобы от 20.01.2022 обоснованной (требования уточнены в порядке статьи 49 Арбитражного процессуального кодекса Российской Федерации). Решением Арбитражного суда Ставропольского края от 25.01.2023, оставленным без изменения постановлением Шестнадцатого арбитражного апелляционного суда от 24.05.2023 и постановлением Арбитражного суда Северо-Кавказского округа от 24.08.2023, в удовлетворении заявления отказано. 2 Ковалев Ю.С. обратился в Верховный Суд Российской Федерации с кассационной жалобой на указанные судебные акты. Впоследствии от Ковалева Ю.С. поступило ходатайство о принятии обеспечительных мер. Определением Верховного Суда Российской Федерации от 12.09.2023 указанное заявление оставлено без движения на основании статьи 93 Арбитражного процессуального кодекса Российской Федерации. Учитывая устранение заявителем обстоятельств, послуживших основанием для оставления заявления о принятии обеспечительных мер без движения, заявление подлежит рассмотрению по существу. Из содержания заявления следует, что Ковалев Ю.С. просит принять обеспечительные меры в виде наложения ареста и установления запрета на совершение сделок, направленных на отчуждение имущества. В обоснование названного заявления Ковалев Ю.С. ссылается на то, что победителем торгов по реализации имущества признан Полтавский Олег Викторович и его права собственности на спорные объекты недвижимости зарегистрированы в Едином государственном объекте недвижимости. В настоящее время в интернет-сервисе для размещения объявлений опубликовано объявление о продаже недвижимого имущества. Реализация собственником недвижимого имущества третьим лицам, по мнению заявителя, затруднит или сделает невозможным исполнение решения суда по настоящему делу.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3 При рассмотрении доводов, приведенных в ходатайстве о принятии обеспечительных мер, не установлено оснований, предусмотренных частью 2 статьи 90 Арбитражного процессуального кодекса Российской Федерации, для его удовлетворения. Кроме того, заявителем не доказано, что в случае принятия испрашиваемой обеспечительной меры она предотвратит нарушение чьих-либо прав либо позволит избежать причинения заявителю значительного ущерба. Учитывая изложенное и руководствуясь статьями 90, 91, 93,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Ковалева Юрия Сергеевича о принятии обеспечительных мер по делу № А63-2043/2022 Арбитражного суда Ставропольского края отказать. Судья Верховного Суда Российской Федерации Ю.Г. Иваненко</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