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«Полное Доверие»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"Полное доверие" (подробнее) Ответчики: Инспекция Федеральной налоговой службы №5 по г. Москве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