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Крым «Инвестиционно-строительное управление Республики Крым»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КАЗЕННОЕ УЧРЕЖДЕНИЕ РЕСПУБЛИКИ КРЫМ "ИНВЕСТИЦИОННО-СТРОИТЕЛЬНОЕ УПРАВЛЕНИЕ РЕСПУБЛИКИ КРЫМ" (подробнее) Ответчики: Межрегиональное управление Федеральной службы по экологическому, технологическому и атомному надзору по Республике Крым и г. Севастополю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