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«Кирово- Чепецкая химическая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