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экономике и стратегическому планированию администрации города Иркутска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