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Соболеву Виталию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