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«ВОСТОК-БЕТОН»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"СМУ 1" (подробнее) Ответчики: ООО "ВОСТОК-БЕТОН"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