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14 сентября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индивидуальный предприниматель Курбанов Магомед Завурбегович (далее - предприниматель) обратился в Арбитражный суд Ямало-Ненецкого автономного округа с исковым заявлением к департаменту по управлению муниципальным имуществом города Губкинского (далее - департамент) о признании права собственности на реконструированный торговый центр с кадастровым номером 89:05:030301:3917 общей площадью 1 170,4 кв. м, состоящий из трех этажей общей площадью 1 137,8 кв. м, в том числе: площадь 1 этажа - 477,9 кв. м, площадь 2 этажа - 341,3 кв. м, площадь 3 этажа - 318,6 кв. м, площадь крылец - 32,6 кв. м, имеющий централизованное - водоснабжение, электроснабжение, централизованную - канализацию, автономное - отопление, горячее водоснабжение, расположенный на земельном участке с кадастровым номером 89:05:030301:3854 по адресу: Ямало-Ненецкий автономный округ, Пуровский район, поселок Пурпе, улица Лермонтова, дом 1. К участию в деле в качестве третьих лиц, не заявляющих самостоятельных требований относительно предмета спора, привлечены: администрация города Губкинского, администрация Пуровского района, администрация поселка 2 Пурпе, департамент строительства, архитектуры и жилищной политики администрации Пуровского района, Управление Федеральной службы государственной регистрации кадастра и картографии по Ямало-Ненецкому автономному округу. Решением Арбитражного суда Ямало-Ненецкого автономного округа от 06.09.2022, оставленным без изменения постановлением Восьмого арбитражного апелляционного суда от 07.12.2022 и постановлением Арбитражного суда Западно-Сибирского округа от 03.05.2023, в удовлетворении исковых требований отказано. В кассационной жалобе, поданной в Верховный Суд Российской Федерации, заявитель просит отменить состоявшиеся по делу судебные акты, ссылаясь на существенное нарушение норм материального и процессуального права. В обоснование доводов жалобы заявитель указывает, что необходимость в проведении государственной экспертизы на торговый центр в период проведения работ по реконструкции градостроительным законодательством не была предусмотрена. Этажность торгового центра соответствует пункту 2.3 (магазины) Градостроительного плана земельного участка №РФ-89-7-01-0-00-2021-0150 от 12.02.2021, которым установлено предельное количество этажей строений- магазины-3 этажа. Поскольку первоначальная площадь 1 и 2 этажей торгового центра строилась в 2011-2012 годах, Правила землепользования и застройки муниципального образования п. Пурпе от 25.12.2019 №107 в данном случае применяться не могут ввиду того, что торговый центр был возведен ранее, чем были приняты указанные в справе ИСОГД №89-05-2021-169 от 02.04.2021 Правила. В 2017 истцу была выдана справка ИСОГД (Градостроительное заключение) №89-05-2017-182 на торговый центр, которая содержала выводы о соответствии использования торгового центра градостроительному регламенту территориальной зоны, установленному в составе Правил застройки и землепользования, утвержденных Решением Собрания Депутатов второго созыва МО п. Пурпе №260 от 25.06.2012 ( с учетом внесения изменений), постановлению Администрации п. Пурпе №95-п от 09.11.2012 «О предоставлении разрешения на условно разрешенный вид использования». Согласно землеустроительному заключению, выполненному в 2020 г. ООО «ИнвестГеоИнформ», торговый центр, расположенный в границах земельного участка с кадастровым номером 89:05:030301:3854, по адресу: ЯНАО, Пуровский район, п. Пурпе, ул.Лермонтова, д.1 ,не нарушает права и законные интересы других лиц. Согласно техническому заключению ООО «ИнвестГеоИнформ» от 2020г. эксплуатация объекта (торгового центра) возможна с обеспеченной надежностью, без угрозы жизни и здоровью человека. Согласно пункту 1 части 7 статьи 291.6 Арбитражного процессуального кодекса Российской Федерации по результатам изучения кассационной жалобы 3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кассационной жалобы и принятых по делу судебных актов оснований,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не установлено. Как следует из обжалуемых актов, на основании договора купли-продажи незавершенного строительством объекта от 15.09.2011 за истцом 08.11.2011 зарегистрировано право собственности на незавершенный строительством объект общей площадью застройки 327,7 кв. м степенью готовности 52%, инв. N 240501/10, литера А, А1, по адресу: Ямало-Ненецкий автономный округ, Пуровский район, поселок Пурпе, улица Лермонтова, участок N 1. Указанный объект незавершенного строительства располагался на земельном участке общей площадью 691 кв. м на основании договора аренды земельных участков от 20.01.2010. N 12-10 на территории Пуровского района поселка Пурпе, заключенного с продавцом объекта незавершенного строительства. 17.05.2012 между департаментом (арендодатель) и предпринимателем (арендатор) заключен договор аренды земельного участка N 470-12, по условиям которого арендодатель на основании распоряжения департамента от 17.05.2012 N 1105-ДР "Об образовании и предоставлении земельного участка" предоставляет, а арендатор принимает в пользование на условиях аренды земельный участок с кадастровым номером 89:05:030301:3854 общей площадью 691 кв. м из категории земель - земли населенных пунктов, с видом разрешенного использования - земельные участки, предназначенные для размещения домов индивидуальной жилой застройки, фактическое использование - строительство индивидуального жилого дома, расположенный по адресу: Ямало-Ненецкий автономный округ, Пуровский район, поселок Пурпе, улица Лермонтова, участок N 1. Срок договора аренды установлен с 17.05.2012 по 16.05.2015 (пункт 2.1 договора). 14.06.2012 за предпринимателем зарегистрировано право собственности на объект - индивидуальный жилой дом общей площадью 651,9 кв. м, назначение: жилой дом, двухэтажный, расположенный по адресу: Ямало-Ненецкий автономный округ, Пуровский район, поселок Пурпе, улица Лермонтова, участок N 1, литера А, Г. Постановлением администрации муниципального образования поселок Пурпе N 95-п от 09.11.2012 по итогам публичных слушаний предпринимателю предоставлено разрешение на условно разрешенный вид использования 4 земельного участка с кадастровым номером 89:05:030301:3854 общей площадью 691 кв. м, по адресу: Ямало-Ненецкий автономный округ, Пуровский район, поселок Пурпе, улица Лермонтова, дом 1, для размещения объекта торговли в территориальной зоне застройки индивидуальными жилыми домами Ж-1. Распоряжением администрации муниципального образования поселок Пурпе от 20.12.2012 N 400-р "О переводе жилого помещения в нежилое" жилое помещение общей площадью 651 кв. м, расположенное по адресу: Ямало- Ненецкий автономный округ, Пуровский район, поселок Пурпе, улица Лермонтова, дом 1, переведено в нежилое для дальнейшего содержания и эксплуатации торгового центра. Согласно сведениям Единого государственного реестра недвижимости (далее - ЕГРН) 29.05.2013 внесена запись о принадлежности предпринимателю объекта, расположенного по адресу: Ямало-Ненецкий автономный округ, Пуровский район, поселок Пурпе, улица Лермонтова, с назначением - нежилое здание общей площадью 740,7 кв. м с инв. N 10:05:0110, литера А, Г. Согласно выпискам из ЕГРН от 24.09.2021, от 13.12.2021 здание Торгового центра "Ямал" расположенное по улице Лермонтова, дом 1 имеет площадь 771,7 кв. м. В материалы дела представлен договор аренды земельного участка от 22.11.2016 N 91-16 между администрацией муниципального образования поселок Пурпе (арендодатель) и предпринимателем (арендатор), предметом аренды в котором указан земельный участок с кадастровым номером 89:05:030301:3854 общей площадью 691 кв. м, расположенный по адресу: Ямало-Ненецкий автономный округ, Пуровский район, поселок Пурпе, улица Лермонтова, участок N 1, с видом разрешенным использованием - земельные участки, предназначенные для размещения домов малоэтажной застройки, в том числе индивидуальной жилой застройки, фактическое использование - содержание и эксплуатация индивидуального жилого дома на срок с 22.11.2016 по 21.11.2065. Указанный договор и акт приема-передачи к нему со стороны предпринимателя (арендатора) не подписаны. Сведения о регистрации указанного договора отсутствуют. Согласно справке ИСОГД (градостроительное заключение) от 19.04.2017 N 89-05-2017-182 объект торговли, расположенный по адресу: Ямало-Ненецкий автономный округ, Пуровский район, поселок Пурпе, улица Лермонтова, участок N 1 соответствует градостроительному регламенту территориальной зоны, утвержденному Решением Собрания Депутатов второго созыва муниципального образования поселок Пурпе N 260 от 25.06.2012 (с учетом внесения изменений), постановлению администрации поселка Пурпе N 95-п от 09.11.2012 "О предоставлении разрешения на условно разрешенный вид использования". Приказом департамента имущественных и земельных отношений администрации Пуровского района от 23.08.2017 N 1125-ДП вид разрешенного использования земельного участка с кадастровым номером 89:05:030301:3854 - 5 для размещения домов индивидуальной жилой застройки изменен на вид разрешенного использования - магазины. 12.02.2021 департаментом строительства, архитектуры и жилищной политики администрации Пуровского района предпринимателю выдан градостроительный план земельного участка N РФ-89-7-01-0-00-2021-0150, предусматривающий вид разрешенного использования земельного участка - магазины, минимальный отступ от границы земельного участка в целях определения мест допустимого размещения объекта - 3 м, предельное количество этажей и (или) предельная высота зданий, строений, сооружений - 3/15 м, максимальный процент застройки в границах земельного участка - 60%, минимальный отступ застройки от красной линии улицы - 5 м. Вместе с тем согласно сведениям ЕГРН размещение реконструированного истцом объекта недвижимости - торговый центр с кадастровым номером 89:05:030301:3917 не соответствует предельным параметрам разрешенного строительства, реконструкции объектов капитального строительства в части соблюдения минимального отступа от границ земельного участка - 3 м, максимального процента застройки в границах земельного участка - 60%. По заказу предпринимателя в 2021 году ООО "ИнвестГеоИнформ" подготовило проект отклонений от предельных параметров строительства Торгового центра "Ямал", предусматривающий уменьшение отступа от границ земельного участка с кадастровым номером 89:05:030301:3854 с северной стороны - до 0 метров, со стороны неразграниченных земель - до 0 метров, от границы земельного участка с кадастровым номером 89:05:030301:7 до 0 м, увеличение площади допустимой застройки земельного участка до 80%. После проведенной реконструкции здания торгового центра, 07.04.2021 и 09.04.2021 предприниматель обратился в департамент строительства, архитектуры и жилищной политики администрации Пуровского района, Управление архитектуры и градостроительства с заявлениями о выдаче разрешения на строительство и на отклонение от предельных норм реконструкции объекта капитального строительства торгового центра "Ямал" по улице Лермонтова, дом 1 в поселке Пурпе в целях приведения капитального объекта в соответствие с градостроительными правилами и нормами. Письмом от 13.04.2021 N 36-04/71 департамент строительства, архитектуры и жилищной политики администрации Пуровского района отказал в выдаче разрешений в связи с непредставлением документов, установленных частью 7 статьи 51 Градостроительного кодекса Российской Федерации (далее - ГрК РФ), а также ввиду непредставления документации, необходимой для выдачи разрешения, в том числе проектной документации, указав на разночтения в части отображения в представленных техническом заключении и землеустроительном заключении контура здания, и на то, что объект выходит за границы территории, в пределах которой разрешено строительство. Отказы в выдаче разрешений предпринимателем не обжалован. Распоряжением Главы администрации Пуровского района от 12.08.2021 N 86-РГ предпринимателю также отказано в предоставлении разрешения на отклонение от предельных параметров разрешенного строительства, 6 реконструкции объекта капитального строительства на земельном участке с кадастровым номером 89:05:030301:3854 в части уменьшения отступов от западной, северной и восточной границ земельного участка с 3 до 0 метров, увеличения максимального процента застройки в границах земельного участка с 60% до 80%. Данное распоряжение также заявителем не обжаловано. В соответствии с техническим описанием (паспорт) объекта недвижимости - Торгового центра "Ямал", расположенного на земельном участке с кадастровым номером 89:05:030301:3854 по адресу: Ямало-Ненецкий автономный округ, Пуровский район, поселок Пурпе, улица Лермонтова, дом 1, подготовленным по состоянию на 24.10.2021 после проведенной предпринимателем реконструкции здания, торговый центр состоит из трех этажей общей площадью 1 170,4 кв. м, в том числе: общей площадью трех этажей - 1 137,8 кв. м, включая площадь 1 этажа - 477,9 кв. м, площадь 2 этажа - 341,3 кв. м, площадь 3 этажа - 318,6 кв. м, площадь крылец - 32,6 кв. м. Кроме того, торговый центр имеет централизованное - водоснабжение, электроснабжение; централизованную - канализацию; автономное - отопление, горячее водоснабжение. Согласно выписке из ЕГРН от 10.12.2021 в отношении земельного участка с кадастровым номером 89:05:030301:3854 расположенное на этом участке здание выходит за границы земельного участка. Ссылаясь на проведенную в отношении здания реконструкцию: на первом этаже пристроены склад, коридор, входная группа; на втором этаже пристроен коридор и кабинеты; надстроен третий этаж, а также на принятие мер к легализации объекта и отказе в выдаче разрешения на строительство, предприниматель обратился в арбитражный суд с настоящим иском. Отказывая в удовлетворении исковых требований, суды руководствовались статьями 222, 260, 263 Гражданского кодекса Российской Федерации, статьями 30, 36, 44, 47, 48, 55 Градостроительного кодекса Российской Федерации , разъяснениями, изложенными в пунктах 26, 59 постановления Пленума Верховного Суда Российской Федерации и Высшего Арбитражного Суда Российской Федерации от 29.04.2010№10/22 «О некоторых вопросах, возникающих в судебной практике при разрешении споров, связанных с защитой права собственности и других вещных прав», правовыми позициями, выраженными в пункте 21 Обзора судебной практики Верховного Суда Российской Федерации N 2 (2020), утвержденного Президиумом Верховного суда Российской Федерации 22.07.2020, и исходили из наличия существенных нарушений градостроительных норм и правил размещением объекта в реконструированном виде на земельном участке, не принадлежащем истцу и не предоставленном для строительства (реконструкции), с нарушением требования об отступе здания от границ земельного участка не менее 3 метров (фактически отступ отсутствует) и превышением максимального процента застройки земельного участка - вместо предельного 60% застройка объекта в реконструированном виде составляет 80%. Судами также учтено, что отказы в 7 выдаче разрешения на отклонение от предельных параметров реконструированного здания истцом не обжалованы. Кроме того, суды отметили, что до осуществления реконструкции предприниматель не обращался за разрешением на реконструкцию, а обратившись за его получением 01.04.2021, не представил документы, перечисленные в пункте 7 статьи 51 ГрК РФ. В связи с установленными нарушениями суды признали не имеющими значения для разрешения спора и не влекущими иного вывода по делу ссылки истца на доказательства, подтверждающие безопасность реконструированного объекта (Технический отчет ООО "ИнвестГеоИнформ" по инженерным изысканиям "Реконструкция здания Торгового центра "Ямал", расположенного по адресу: ЯНАО, Пуровский район, п. Пурпе, ул. Лермонтова, д. 1, от 07.07.2020, техническое заключение ООО "ИнвестГеоИнформ" по результатам обследования технического состояния строительных конструкций по объекту "Торговый центр "Ямал", 2020 г., заключение эксперта ООО "БАСТИОН" N 01- 2021 от 04.02.2021 о соответствии объекта защиты обязательным требованиям пожарной безопасности, договор на техническое обслуживание и ремонт автоматической пожарной сигнализации от 01.03.2021 N 310/21/О). Суды отклонили ссылку истца на то, что поскольку первоначальная площадь первого и второго этажей здания строилась в 2011-2012 годах, следовательно не подлежат применению утвержденные Решением Собрания Депутатов муниципального образования поселка Пурпе от 25.12.2019 N 107 нормы о минимальном отступе от границы земельного участка и о максимальном проценте застройки в границах земельного участка, поскольку, как указывает сам предприниматель, реконструкция, приводящая к указанным нарушениям произведена позднее, что также это следует и из представленных в дело документов технической инвентаризации, согласно которым существующая площадь здания определяется с 2021 года. По этому же основанию суды не приняли ссылку истца на справку из информационной системы обеспечения градостроительной деятельности (далее - ИСОГД) от 19.04.2017 N 89-05-2017-182 о соответствии использования здания торгового центра градостроительному регламенту территориальной зоны, установленному в составе Правил землепользования и застройки, утвержденных Решением Собрания Депутатов второго созыва муниципального образования поселка Пурпе от 09.11.2012, постановлению администрации поселка Пурпе от 09.11.2012 N 95-п "О предоставлении разрешения на условно разрешенный вид использования". Доводы заявителя жалобы о проведенном аукционе на право заключения договора аренды земельного участка, по результату которого истцу предоставлен земельный участок, что исключает градостроительные нарушения, также отклонены судами, указав, что материалами дела не подтверждено право истца на земельный участок, на котором расположен реконструируемый объект в целом (с учетом выхода за границы земельного участка с кадастровым номером 89:05:030301:3854). 8 Доводы заявителя жалобы не подтверждают существенных нарушений норм материального и (или) процессуального права, повлиявших на исход дела. Учитывая изложенное и руководствуясь статьями 291.1, 291.6 и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Курбанова Магомеда Завурбеговича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 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