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«Егорьевская центральная районная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