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государственному бюджетному учреждению Республики Карелия «Карельский ресурсный центр развития социальных технологий»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Министерство социальной защиты Республики Карелия Государственное бюджетное учреждение Республики Карелия "Карельский ресурсный центр развития социальных технологий" (подробнее) Ответчики: Главное управление Министерства Российской Федерации по делам гражданской обороны, чрезвычайным ситуациям и ликвидации последствий стихийных бедствий по Республике Карелия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