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Главному управлению Федеральной службы исполнения наказаний по Иркутской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