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«Камаз»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"Манн+Хуммель", г.Химки (подробнее) Ответчики: ПАО "КАМАЗ", г.Набережные Челны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