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«Авто-Империя»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Авто-империя (подробнее) ОСП УПРАВЛЕНИЕ ФЕДЕРАЛЬНОЙ НАЛОГОВОЙ СЛУЖБЫ ПО СВЕРДЛОВСКОЙ ОБЛАСТИ (подробнее) Ответчики: МЕЖРАЙОННАЯ ИНСПЕКЦИЯ ФЕДЕРАЛЬНОЙ НАЛОГОВОЙ СЛУЖБЫ №27 ПО СВЕРДЛОВСКОЙ ОБЛАСТИ (подробнее) УФНС по Свердловской обл.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