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линцовский автокрано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