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«Джей Би Плюс. Ру»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