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2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«ЛВ-Инвест» удовлетворить. Предоставить обществу с ограниченной ответственностью «ЛВ-Инвест»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