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«ГК Д.О.М. ЮГ»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