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«Красноярский научно- исследовательский проектный институт нефти и газа»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