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городской округ город-курорт Сочи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