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«Московская областная энергосетевая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