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строительное объединение 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