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«Ванинский морской торговый 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