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«Развитие дорожного строительства –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