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 сентября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«АЛЬТЭРОС»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