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Божкову Василию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