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«Ямал-Строй-Инвест»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"ЯМАЛ-СТРОЙ-ИНВЕСТ" (подробнее) Ответчики: ООО "Константа"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