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Приморско-Ахтарского городского поселения Приморско-Ахтарского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