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производственное объединение «Система»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