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«Межрегиональная распределительная сетевая компания Урала»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