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«Таганрогский авиационный научно-технический комплекс им. Г.М. Бериева»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