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10.07.2023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333.21 Налогового кодекса.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«Луч» Егорочкину Максиму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конкурсного управляющего общества с ограниченной ответственностью «Луч» Егорочкина Максима Александровича в доход федерального бюджета государственную пошлину в размере 1 500 (одна тысяча пятьсот) рублей. Поручить Арбитражному суду Калужской области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