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агентству воздушного транспорта и акционерному обществу «Международный аэропорт Сочи»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