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«Лотте Отель Владивосток»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