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«Городские строительные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"Городские строительные технологии" (подробнее) УПРАВЛЕНИЕ ФЕДЕРАЛЬНОЙ АНИМОНОПОЛЬНОЙ СЛУЖБЫ ПО КК (подробнее) УФАС по КК (подробнее) Ответчики: ООО ГОСТ (подробнее) Управление Федеральной антимонопольной службы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