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23.06.2023,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Свердловской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