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«ТГК-2 Энергосбыт»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